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Приложения к договору лизинга</w:t>
      </w:r>
    </w:p>
    <w:p>
      <w:r>
        <w:rPr>
          <w:b w:val="0"/>
        </w:rPr>
        <w:t>Редактируемые формы для лизинга оборудования или транспорта между организациями: спецификация имущества, график платежей и акт передачи. Это приложения, а не полный договор. Заполните поля, согласуйте их с действительным договором и подпишите у уполномоченных представителей. Неприменимые строки удалите.</w:t>
      </w:r>
    </w:p>
    <w:p>
      <w:pPr>
        <w:pStyle w:val="Heading1"/>
      </w:pPr>
      <w:r>
        <w:rPr>
          <w:b w:val="0"/>
        </w:rPr>
        <w:t>Спецификация имущества</w:t>
      </w:r>
    </w:p>
    <w:p>
      <w:r>
        <w:rPr>
          <w:b w:val="0"/>
        </w:rPr>
        <w:t>Приложение № ____ к договору лизинга № ____ от «___» __________ 20___ г.</w:t>
      </w:r>
    </w:p>
    <w:p>
      <w:r>
        <w:rPr>
          <w:b w:val="0"/>
        </w:rPr>
        <w:t>Лизингодатель __________________________________</w:t>
      </w:r>
    </w:p>
    <w:p>
      <w:r>
        <w:rPr>
          <w:b w:val="0"/>
        </w:rPr>
        <w:t>Лизингополучатель __________________________________</w:t>
      </w:r>
    </w:p>
    <w:p>
      <w:r>
        <w:rPr>
          <w:b w:val="0"/>
        </w:rPr>
        <w:t>Продавец и его ИНН __________________________________</w:t>
      </w:r>
    </w:p>
    <w:p>
      <w:r>
        <w:rPr>
          <w:b w:val="0"/>
        </w:rPr>
        <w:t>Кто выбрал продавца и имущество 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510"/>
        <w:gridCol w:w="4592"/>
        <w:gridCol w:w="1020"/>
        <w:gridCol w:w="1757"/>
        <w:gridCol w:w="1984"/>
      </w:tblGrid>
      <w:tr>
        <w:trPr>
          <w:tblHeader/>
          <w:cantSplit/>
        </w:trPr>
        <w:tc>
          <w:tcPr>
            <w:tcW w:type="dxa" w:w="51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DED"/>
          </w:tcPr>
          <w:p>
            <w:pPr>
              <w:spacing w:after="0" w:line="252" w:lineRule="auto"/>
              <w:jc w:val="center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45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DED"/>
          </w:tcPr>
          <w:p>
            <w:pPr>
              <w:spacing w:after="0" w:line="252" w:lineRule="auto"/>
            </w:pPr>
            <w:r>
              <w:rPr>
                <w:b/>
                <w:sz w:val="20"/>
              </w:rPr>
              <w:t>Имущество и признаки</w:t>
            </w:r>
          </w:p>
        </w:tc>
        <w:tc>
          <w:tcPr>
            <w:tcW w:type="dxa" w:w="10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DED"/>
          </w:tcPr>
          <w:p>
            <w:pPr>
              <w:spacing w:after="0" w:line="252" w:lineRule="auto"/>
            </w:pPr>
            <w:r>
              <w:rPr>
                <w:b/>
                <w:sz w:val="20"/>
              </w:rPr>
              <w:t>Кол-во</w:t>
            </w:r>
          </w:p>
        </w:tc>
        <w:tc>
          <w:tcPr>
            <w:tcW w:type="dxa" w:w="175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DED"/>
          </w:tcPr>
          <w:p>
            <w:pPr>
              <w:spacing w:after="0" w:line="252" w:lineRule="auto"/>
            </w:pPr>
            <w:r>
              <w:rPr>
                <w:b/>
                <w:sz w:val="20"/>
              </w:rPr>
              <w:t>Цена за единицу</w:t>
            </w:r>
          </w:p>
        </w:tc>
        <w:tc>
          <w:tcPr>
            <w:tcW w:type="dxa" w:w="19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DED"/>
          </w:tcPr>
          <w:p>
            <w:pPr>
              <w:spacing w:after="0" w:line="252" w:lineRule="auto"/>
            </w:pPr>
            <w:r>
              <w:rPr>
                <w:b/>
                <w:sz w:val="20"/>
              </w:rPr>
              <w:t>Стоимость</w:t>
            </w:r>
          </w:p>
        </w:tc>
      </w:tr>
      <w:tr>
        <w:trPr>
          <w:cantSplit/>
        </w:trPr>
        <w:tc>
          <w:tcPr>
            <w:tcW w:type="dxa" w:w="51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45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Наименование, марка и модель:</w:t>
              <w:br/>
              <w:t>____________________</w:t>
              <w:br/>
              <w:t>Заводской № / VIN:</w:t>
              <w:br/>
              <w:t>____________________</w:t>
            </w:r>
          </w:p>
        </w:tc>
        <w:tc>
          <w:tcPr>
            <w:tcW w:type="dxa" w:w="10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</w:t>
            </w:r>
          </w:p>
        </w:tc>
        <w:tc>
          <w:tcPr>
            <w:tcW w:type="dxa" w:w="175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19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________</w:t>
            </w:r>
          </w:p>
        </w:tc>
      </w:tr>
      <w:tr>
        <w:trPr>
          <w:cantSplit/>
        </w:trPr>
        <w:tc>
          <w:tcPr>
            <w:tcW w:type="dxa" w:w="51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45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Наименование, марка и модель:</w:t>
              <w:br/>
              <w:t>____________________</w:t>
              <w:br/>
              <w:t>Заводской № / VIN:</w:t>
              <w:br/>
              <w:t>____________________</w:t>
            </w:r>
          </w:p>
        </w:tc>
        <w:tc>
          <w:tcPr>
            <w:tcW w:type="dxa" w:w="10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</w:t>
            </w:r>
          </w:p>
        </w:tc>
        <w:tc>
          <w:tcPr>
            <w:tcW w:type="dxa" w:w="175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19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________</w:t>
            </w:r>
          </w:p>
        </w:tc>
      </w:tr>
    </w:tbl>
    <w:p>
      <w:pPr>
        <w:spacing w:after="0"/>
      </w:pPr>
      <w:r>
        <w:rPr>
          <w:b w:val="0"/>
        </w:rPr>
      </w:r>
    </w:p>
    <w:p>
      <w:r>
        <w:rPr>
          <w:b w:val="0"/>
        </w:rPr>
        <w:t>Год выпуска и состояние каждого объекта __________________________________</w:t>
      </w:r>
    </w:p>
    <w:p>
      <w:r>
        <w:rPr>
          <w:b w:val="0"/>
        </w:rPr>
        <w:t>Комплектация и технические характеристики __________________________________</w:t>
      </w:r>
    </w:p>
    <w:p>
      <w:r>
        <w:rPr>
          <w:b w:val="0"/>
        </w:rPr>
        <w:t>Дополнительные идентификаторы для транспорта: номер кузова / шасси, сведения о ПТС / ЭПТС: _______________________________________________________</w:t>
      </w:r>
    </w:p>
    <w:p>
      <w:r>
        <w:rPr>
          <w:b w:val="0"/>
        </w:rPr>
        <w:t>Цена приобретения имущества у продавца: __________ (валюта ________). НДС: ставка / основание неприменения __________; сумма налога __________; включён в указанную цену / начисляется сверх неё: ____________________.</w:t>
      </w:r>
    </w:p>
    <w:p>
      <w:r>
        <w:rPr>
          <w:b w:val="0"/>
        </w:rPr>
        <w:t>Цена приобретения не заменяет общую сумму лизинговых платежей. Платежи и выкупная цена согласуются в графике и основном договоре.</w:t>
      </w:r>
    </w:p>
    <w:p>
      <w:r>
        <w:rPr>
          <w:b w:val="0"/>
        </w:rPr>
        <w:t>Место и срок передачи __________________________________</w:t>
      </w:r>
    </w:p>
    <w:p>
      <w:r>
        <w:rPr>
          <w:b w:val="0"/>
        </w:rPr>
        <w:t>Документы и принадлежности при передаче __________________________________</w:t>
      </w:r>
    </w:p>
    <w:p>
      <w:r>
        <w:rPr>
          <w:b w:val="0"/>
        </w:rPr>
        <w:t>Лизингодатель: __________ /________________/    Дата: ______________</w:t>
      </w:r>
    </w:p>
    <w:p>
      <w:r>
        <w:rPr>
          <w:b w:val="0"/>
        </w:rPr>
        <w:t>Лизингополучатель: _______ /________________/    Дата: ______________</w:t>
      </w:r>
    </w:p>
    <w:p>
      <w:r>
        <w:br w:type="page"/>
      </w:r>
    </w:p>
    <w:p>
      <w:pPr>
        <w:pStyle w:val="Title"/>
      </w:pPr>
      <w:r>
        <w:rPr>
          <w:b w:val="0"/>
        </w:rPr>
        <w:t>График лизинговых платежей</w:t>
      </w:r>
    </w:p>
    <w:p>
      <w:r>
        <w:rPr>
          <w:b w:val="0"/>
        </w:rPr>
        <w:t>Приложение № ____ к договору лизинга № ____ от «___» __________ 20___ г.</w:t>
      </w:r>
    </w:p>
    <w:p>
      <w:r>
        <w:rPr>
          <w:b w:val="0"/>
        </w:rPr>
        <w:t>Лизингодатель __________________________________</w:t>
      </w:r>
    </w:p>
    <w:p>
      <w:r>
        <w:rPr>
          <w:b w:val="0"/>
        </w:rPr>
        <w:t>Лизингополучатель __________________________________</w:t>
      </w:r>
    </w:p>
    <w:p>
      <w:r>
        <w:rPr>
          <w:b w:val="0"/>
        </w:rPr>
        <w:t>Валюта расчётов: ________. Общая сумма платежей по этому графику, включая аванс: __________. Выкупная цена в эту сумму не включается и отражается отдельно ниже, если выкуп согласован. Для иной схемы измените форму и договор согласованно.</w:t>
      </w:r>
    </w:p>
    <w:p>
      <w:r>
        <w:rPr>
          <w:b w:val="0"/>
        </w:rPr>
        <w:t>В графике отражается полная сумма к перечислению, включая НДС, если он начисляется. Ставка НДС либо основание его неприменения: _________________. Порядок отражения налога: ___________________________________________.</w:t>
      </w:r>
    </w:p>
    <w:p>
      <w:r>
        <w:rPr>
          <w:b w:val="0"/>
        </w:rPr>
        <w:t>Аванс включён в общую сумму один раз. Остальные строки содержат суммы к перечислению после учёта аванса. Зачёт уже перечисленного аванса не является новым платежом.</w:t>
      </w:r>
    </w:p>
    <w:p>
      <w:r>
        <w:rPr>
          <w:b w:val="0"/>
        </w:rPr>
        <w:t>Порядок и периоды зачёта аванса по договору __________________________________</w:t>
      </w:r>
    </w:p>
    <w:p>
      <w:r>
        <w:rPr>
          <w:b w:val="0"/>
        </w:rPr>
        <w:t>Дата начала обязанности по оплате и пункт договора 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361"/>
        <w:gridCol w:w="2154"/>
        <w:gridCol w:w="2665"/>
        <w:gridCol w:w="3685"/>
      </w:tblGrid>
      <w:tr>
        <w:trPr>
          <w:tblHeader/>
          <w:cantSplit/>
        </w:trPr>
        <w:tc>
          <w:tcPr>
            <w:tcW w:type="dxa" w:w="136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DED"/>
          </w:tcPr>
          <w:p>
            <w:pPr>
              <w:spacing w:after="0" w:line="252" w:lineRule="auto"/>
              <w:jc w:val="center"/>
            </w:pPr>
            <w:r>
              <w:rPr>
                <w:b/>
                <w:sz w:val="20"/>
              </w:rPr>
              <w:t>Платёж</w:t>
            </w:r>
          </w:p>
        </w:tc>
        <w:tc>
          <w:tcPr>
            <w:tcW w:type="dxa" w:w="215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DED"/>
          </w:tcPr>
          <w:p>
            <w:pPr>
              <w:spacing w:after="0" w:line="252" w:lineRule="auto"/>
            </w:pPr>
            <w:r>
              <w:rPr>
                <w:b/>
                <w:sz w:val="20"/>
              </w:rPr>
              <w:t>Срок перечисления</w:t>
            </w:r>
          </w:p>
        </w:tc>
        <w:tc>
          <w:tcPr>
            <w:tcW w:type="dxa" w:w="266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DED"/>
          </w:tcPr>
          <w:p>
            <w:pPr>
              <w:spacing w:after="0" w:line="252" w:lineRule="auto"/>
            </w:pPr>
            <w:r>
              <w:rPr>
                <w:b/>
                <w:sz w:val="20"/>
              </w:rPr>
              <w:t>Сумма к перечислению</w:t>
            </w:r>
          </w:p>
        </w:tc>
        <w:tc>
          <w:tcPr>
            <w:tcW w:type="dxa" w:w="368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DED"/>
          </w:tcPr>
          <w:p>
            <w:pPr>
              <w:spacing w:after="0" w:line="252" w:lineRule="auto"/>
            </w:pPr>
            <w:r>
              <w:rPr>
                <w:b/>
                <w:sz w:val="20"/>
              </w:rPr>
              <w:t>НДС в составе суммы или основание</w:t>
            </w:r>
          </w:p>
        </w:tc>
      </w:tr>
      <w:tr>
        <w:trPr>
          <w:cantSplit/>
        </w:trPr>
        <w:tc>
          <w:tcPr>
            <w:tcW w:type="dxa" w:w="136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Аванс</w:t>
            </w:r>
          </w:p>
        </w:tc>
        <w:tc>
          <w:tcPr>
            <w:tcW w:type="dxa" w:w="215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____________</w:t>
            </w:r>
          </w:p>
        </w:tc>
        <w:tc>
          <w:tcPr>
            <w:tcW w:type="dxa" w:w="266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____________</w:t>
            </w:r>
          </w:p>
        </w:tc>
        <w:tc>
          <w:tcPr>
            <w:tcW w:type="dxa" w:w="368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____________</w:t>
            </w:r>
          </w:p>
        </w:tc>
      </w:tr>
      <w:tr>
        <w:trPr>
          <w:cantSplit/>
        </w:trPr>
        <w:tc>
          <w:tcPr>
            <w:tcW w:type="dxa" w:w="136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15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____________</w:t>
            </w:r>
          </w:p>
        </w:tc>
        <w:tc>
          <w:tcPr>
            <w:tcW w:type="dxa" w:w="266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____________</w:t>
            </w:r>
          </w:p>
        </w:tc>
        <w:tc>
          <w:tcPr>
            <w:tcW w:type="dxa" w:w="368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____________</w:t>
            </w:r>
          </w:p>
        </w:tc>
      </w:tr>
      <w:tr>
        <w:trPr>
          <w:cantSplit/>
        </w:trPr>
        <w:tc>
          <w:tcPr>
            <w:tcW w:type="dxa" w:w="136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215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____________</w:t>
            </w:r>
          </w:p>
        </w:tc>
        <w:tc>
          <w:tcPr>
            <w:tcW w:type="dxa" w:w="266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____________</w:t>
            </w:r>
          </w:p>
        </w:tc>
        <w:tc>
          <w:tcPr>
            <w:tcW w:type="dxa" w:w="368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____________</w:t>
            </w:r>
          </w:p>
        </w:tc>
      </w:tr>
      <w:tr>
        <w:trPr>
          <w:cantSplit/>
        </w:trPr>
        <w:tc>
          <w:tcPr>
            <w:tcW w:type="dxa" w:w="136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215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____________</w:t>
            </w:r>
          </w:p>
        </w:tc>
        <w:tc>
          <w:tcPr>
            <w:tcW w:type="dxa" w:w="266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____________</w:t>
            </w:r>
          </w:p>
        </w:tc>
        <w:tc>
          <w:tcPr>
            <w:tcW w:type="dxa" w:w="368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____________</w:t>
            </w:r>
          </w:p>
        </w:tc>
      </w:tr>
      <w:tr>
        <w:trPr>
          <w:cantSplit/>
        </w:trPr>
        <w:tc>
          <w:tcPr>
            <w:tcW w:type="dxa" w:w="136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215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____________</w:t>
            </w:r>
          </w:p>
        </w:tc>
        <w:tc>
          <w:tcPr>
            <w:tcW w:type="dxa" w:w="266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____________</w:t>
            </w:r>
          </w:p>
        </w:tc>
        <w:tc>
          <w:tcPr>
            <w:tcW w:type="dxa" w:w="368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____________</w:t>
            </w:r>
          </w:p>
        </w:tc>
      </w:tr>
      <w:tr>
        <w:trPr>
          <w:cantSplit/>
        </w:trPr>
        <w:tc>
          <w:tcPr>
            <w:tcW w:type="dxa" w:w="136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215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____________</w:t>
            </w:r>
          </w:p>
        </w:tc>
        <w:tc>
          <w:tcPr>
            <w:tcW w:type="dxa" w:w="266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____________</w:t>
            </w:r>
          </w:p>
        </w:tc>
        <w:tc>
          <w:tcPr>
            <w:tcW w:type="dxa" w:w="368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____________</w:t>
            </w:r>
          </w:p>
        </w:tc>
      </w:tr>
      <w:tr>
        <w:trPr>
          <w:cantSplit/>
        </w:trPr>
        <w:tc>
          <w:tcPr>
            <w:tcW w:type="dxa" w:w="136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215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____________</w:t>
            </w:r>
          </w:p>
        </w:tc>
        <w:tc>
          <w:tcPr>
            <w:tcW w:type="dxa" w:w="266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____________</w:t>
            </w:r>
          </w:p>
        </w:tc>
        <w:tc>
          <w:tcPr>
            <w:tcW w:type="dxa" w:w="368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____________</w:t>
            </w:r>
          </w:p>
        </w:tc>
      </w:tr>
      <w:tr>
        <w:trPr>
          <w:cantSplit/>
        </w:trPr>
        <w:tc>
          <w:tcPr>
            <w:tcW w:type="dxa" w:w="136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Итого</w:t>
            </w:r>
          </w:p>
        </w:tc>
        <w:tc>
          <w:tcPr>
            <w:tcW w:type="dxa" w:w="215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За весь срок</w:t>
            </w:r>
          </w:p>
        </w:tc>
        <w:tc>
          <w:tcPr>
            <w:tcW w:type="dxa" w:w="266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____________</w:t>
            </w:r>
          </w:p>
        </w:tc>
        <w:tc>
          <w:tcPr>
            <w:tcW w:type="dxa" w:w="368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____________</w:t>
            </w:r>
          </w:p>
        </w:tc>
      </w:tr>
    </w:tbl>
    <w:p>
      <w:pPr>
        <w:spacing w:after="0"/>
      </w:pPr>
      <w:r>
        <w:rPr>
          <w:b w:val="0"/>
        </w:rPr>
      </w:r>
    </w:p>
    <w:p>
      <w:r>
        <w:rPr>
          <w:b w:val="0"/>
        </w:rPr>
        <w:t>При необходимости добавьте строки. Итог равен авансу плюс сумме остальных перечислений. Сверьте его с общей суммой в договоре.</w:t>
      </w:r>
    </w:p>
    <w:p>
      <w:pPr>
        <w:pStyle w:val="Heading2"/>
      </w:pPr>
      <w:r>
        <w:rPr>
          <w:b w:val="0"/>
        </w:rPr>
        <w:t>Выкуп если предусмотрен договором</w:t>
      </w:r>
    </w:p>
    <w:p>
      <w:r>
        <w:rPr>
          <w:b w:val="0"/>
        </w:rPr>
        <w:t>Выкуп предусмотрен / не предусмотрен: ______________________________. Отдельная выкупная цена: __________; срок оплаты: ___________________. НДС по выкупной цене: ______________________________________________.</w:t>
      </w:r>
    </w:p>
    <w:p>
      <w:r>
        <w:rPr>
          <w:b w:val="0"/>
        </w:rPr>
        <w:t>Условия и момент перехода собственности и пункт договора __________________________________</w:t>
      </w:r>
    </w:p>
    <w:p>
      <w:r>
        <w:rPr>
          <w:b w:val="0"/>
        </w:rPr>
        <w:t>Общая сумма перечислений при отдельном выкупе: итог графика + выкупная цена = __________. Не прибавляйте аванс повторно.</w:t>
      </w:r>
    </w:p>
    <w:p>
      <w:r>
        <w:rPr>
          <w:b w:val="0"/>
        </w:rPr>
        <w:t>Лизингодатель: __________ /________________/    Дата: ______________</w:t>
      </w:r>
    </w:p>
    <w:p>
      <w:r>
        <w:rPr>
          <w:b w:val="0"/>
        </w:rPr>
        <w:t>Лизингополучатель: _______ /________________/    Дата: ______________</w:t>
      </w:r>
    </w:p>
    <w:p>
      <w:r>
        <w:br w:type="page"/>
      </w:r>
    </w:p>
    <w:p>
      <w:pPr>
        <w:pStyle w:val="Title"/>
      </w:pPr>
      <w:r>
        <w:rPr>
          <w:b w:val="0"/>
        </w:rPr>
        <w:t>Акт передачи имущества в лизинг</w:t>
      </w:r>
    </w:p>
    <w:p>
      <w:r>
        <w:rPr>
          <w:b w:val="0"/>
        </w:rPr>
        <w:t>Приложение № ____ к договору лизинга № ____ от «___» __________ 20___ г.</w:t>
      </w:r>
    </w:p>
    <w:p>
      <w:r>
        <w:rPr>
          <w:b w:val="0"/>
        </w:rPr>
        <w:t>Место составления: ____________________    Дата и время: ____________________</w:t>
      </w:r>
    </w:p>
    <w:p>
      <w:r>
        <w:rPr>
          <w:b w:val="0"/>
        </w:rPr>
        <w:t>Лизингодатель __________________________________</w:t>
      </w:r>
    </w:p>
    <w:p>
      <w:r>
        <w:rPr>
          <w:b w:val="0"/>
        </w:rPr>
        <w:t>Лизингополучатель __________________________________</w:t>
      </w:r>
    </w:p>
    <w:p>
      <w:r>
        <w:rPr>
          <w:b w:val="0"/>
        </w:rPr>
        <w:t>Передающая организация и представитель: ______________________________</w:t>
        <w:br/>
        <w:t>Основание полномочий: ______________________________________________</w:t>
      </w:r>
    </w:p>
    <w:p>
      <w:r>
        <w:rPr>
          <w:b w:val="0"/>
        </w:rPr>
        <w:t>Принимающая организация и представитель: _____________________________</w:t>
        <w:br/>
        <w:t>Основание полномочий: ______________________________________________</w:t>
      </w:r>
    </w:p>
    <w:p>
      <w:r>
        <w:rPr>
          <w:b w:val="0"/>
        </w:rPr>
        <w:t>Передача осуществляется по договору и спецификации № ____ от __________. Укажите фактически переданное имущество и результаты осмотра.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510"/>
        <w:gridCol w:w="4535"/>
        <w:gridCol w:w="1020"/>
        <w:gridCol w:w="3798"/>
      </w:tblGrid>
      <w:tr>
        <w:trPr>
          <w:tblHeader/>
          <w:cantSplit/>
        </w:trPr>
        <w:tc>
          <w:tcPr>
            <w:tcW w:type="dxa" w:w="51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DED"/>
          </w:tcPr>
          <w:p>
            <w:pPr>
              <w:spacing w:after="0" w:line="252" w:lineRule="auto"/>
              <w:jc w:val="center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453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DED"/>
          </w:tcPr>
          <w:p>
            <w:pPr>
              <w:spacing w:after="0" w:line="252" w:lineRule="auto"/>
            </w:pPr>
            <w:r>
              <w:rPr>
                <w:b/>
                <w:sz w:val="20"/>
              </w:rPr>
              <w:t>Наименование и идентификаторы</w:t>
            </w:r>
          </w:p>
        </w:tc>
        <w:tc>
          <w:tcPr>
            <w:tcW w:type="dxa" w:w="10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DED"/>
          </w:tcPr>
          <w:p>
            <w:pPr>
              <w:spacing w:after="0" w:line="252" w:lineRule="auto"/>
            </w:pPr>
            <w:r>
              <w:rPr>
                <w:b/>
                <w:sz w:val="20"/>
              </w:rPr>
              <w:t>Кол-во</w:t>
            </w:r>
          </w:p>
        </w:tc>
        <w:tc>
          <w:tcPr>
            <w:tcW w:type="dxa" w:w="379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DED"/>
          </w:tcPr>
          <w:p>
            <w:pPr>
              <w:spacing w:after="0" w:line="252" w:lineRule="auto"/>
            </w:pPr>
            <w:r>
              <w:rPr>
                <w:b/>
                <w:sz w:val="20"/>
              </w:rPr>
              <w:t>Состояние при осмотре</w:t>
            </w:r>
          </w:p>
        </w:tc>
      </w:tr>
      <w:tr>
        <w:trPr>
          <w:cantSplit/>
        </w:trPr>
        <w:tc>
          <w:tcPr>
            <w:tcW w:type="dxa" w:w="51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453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Модель, заводской № / VIN:</w:t>
              <w:br/>
              <w:t>__________________________</w:t>
            </w:r>
          </w:p>
        </w:tc>
        <w:tc>
          <w:tcPr>
            <w:tcW w:type="dxa" w:w="10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</w:t>
            </w:r>
          </w:p>
        </w:tc>
        <w:tc>
          <w:tcPr>
            <w:tcW w:type="dxa" w:w="379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__________________</w:t>
              <w:br/>
              <w:t>__________________</w:t>
            </w:r>
          </w:p>
        </w:tc>
      </w:tr>
      <w:tr>
        <w:trPr>
          <w:cantSplit/>
        </w:trPr>
        <w:tc>
          <w:tcPr>
            <w:tcW w:type="dxa" w:w="51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453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Модель, заводской № / VIN:</w:t>
              <w:br/>
              <w:t>__________________________</w:t>
            </w:r>
          </w:p>
        </w:tc>
        <w:tc>
          <w:tcPr>
            <w:tcW w:type="dxa" w:w="10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</w:t>
            </w:r>
          </w:p>
        </w:tc>
        <w:tc>
          <w:tcPr>
            <w:tcW w:type="dxa" w:w="379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__________________</w:t>
              <w:br/>
              <w:t>__________________</w:t>
            </w:r>
          </w:p>
        </w:tc>
      </w:tr>
    </w:tbl>
    <w:p>
      <w:pPr>
        <w:spacing w:after="0"/>
      </w:pPr>
      <w:r>
        <w:rPr>
          <w:b w:val="0"/>
        </w:rPr>
      </w:r>
    </w:p>
    <w:p>
      <w:r>
        <w:rPr>
          <w:b w:val="0"/>
        </w:rPr>
        <w:t>Комплектность и результаты проверки работоспособности __________________________________</w:t>
      </w:r>
    </w:p>
    <w:p>
      <w:r>
        <w:rPr>
          <w:b w:val="0"/>
        </w:rPr>
        <w:t>Пробег / наработка и показания приборов __________________________________</w:t>
      </w:r>
    </w:p>
    <w:p>
      <w:r>
        <w:rPr>
          <w:b w:val="0"/>
        </w:rPr>
        <w:t>Обнаруженные дефекты, недостающие части и замечания: __________________</w:t>
        <w:br/>
        <w:t>___________________________________________________________________</w:t>
        <w:br/>
        <w:t>___________________________________________________________________</w:t>
      </w:r>
    </w:p>
    <w:p>
      <w:r>
        <w:rPr>
          <w:b w:val="0"/>
        </w:rPr>
        <w:t>Согласованные действия по замечаниям, ответственные и сроки: ______________</w:t>
        <w:br/>
        <w:t>___________________________________________________________________</w:t>
      </w:r>
    </w:p>
    <w:p>
      <w:pPr>
        <w:pStyle w:val="Heading2"/>
      </w:pPr>
      <w:r>
        <w:rPr>
          <w:b w:val="0"/>
        </w:rPr>
        <w:t>Переданные документы и принадлежности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4932"/>
        <w:gridCol w:w="4932"/>
      </w:tblGrid>
      <w:tr>
        <w:trPr>
          <w:tblHeader/>
          <w:cantSplit/>
        </w:trPr>
        <w:tc>
          <w:tcPr>
            <w:tcW w:type="dxa" w:w="49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DED"/>
          </w:tcPr>
          <w:p>
            <w:pPr>
              <w:spacing w:after="0" w:line="252" w:lineRule="auto"/>
              <w:jc w:val="center"/>
            </w:pPr>
            <w:r>
              <w:rPr>
                <w:b/>
                <w:sz w:val="20"/>
              </w:rPr>
              <w:t>Документ или принадлежность</w:t>
            </w:r>
          </w:p>
        </w:tc>
        <w:tc>
          <w:tcPr>
            <w:tcW w:type="dxa" w:w="49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DED"/>
          </w:tcPr>
          <w:p>
            <w:pPr>
              <w:spacing w:after="0" w:line="252" w:lineRule="auto"/>
            </w:pPr>
            <w:r>
              <w:rPr>
                <w:b/>
                <w:sz w:val="20"/>
              </w:rPr>
              <w:t>Количество и реквизиты</w:t>
            </w:r>
          </w:p>
        </w:tc>
      </w:tr>
      <w:tr>
        <w:trPr>
          <w:cantSplit/>
        </w:trPr>
        <w:tc>
          <w:tcPr>
            <w:tcW w:type="dxa" w:w="49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Паспорт / ПТС / сведения ЭПТС</w:t>
            </w:r>
          </w:p>
        </w:tc>
        <w:tc>
          <w:tcPr>
            <w:tcW w:type="dxa" w:w="49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49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Инструкции, гарантийные документы</w:t>
            </w:r>
          </w:p>
        </w:tc>
        <w:tc>
          <w:tcPr>
            <w:tcW w:type="dxa" w:w="49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49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Ключи, инструмент, иное</w:t>
            </w:r>
          </w:p>
        </w:tc>
        <w:tc>
          <w:tcPr>
            <w:tcW w:type="dxa" w:w="49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________________________________</w:t>
            </w:r>
          </w:p>
        </w:tc>
      </w:tr>
    </w:tbl>
    <w:p>
      <w:pPr>
        <w:spacing w:after="0"/>
      </w:pPr>
      <w:r>
        <w:rPr>
          <w:b w:val="0"/>
        </w:rPr>
      </w:r>
    </w:p>
    <w:p>
      <w:r>
        <w:rPr>
          <w:b w:val="0"/>
        </w:rPr>
        <w:t>Приложенные фотографии и дополнительные листы: ______________________</w:t>
      </w:r>
    </w:p>
    <w:p>
      <w:r>
        <w:rPr>
          <w:b w:val="0"/>
        </w:rPr>
        <w:t>Результат передачи и особые условия: __________________________________</w:t>
        <w:br/>
        <w:t>___________________________________________________________________</w:t>
      </w:r>
    </w:p>
    <w:p>
      <w:r>
        <w:rPr>
          <w:b w:val="0"/>
        </w:rPr>
        <w:t>Акт фиксирует фактическое состояние при передаче. Сведения о недостатках и договорённости по ним заполняются по результатам осмотра; отсутствие претензий заранее не подтверждается.</w:t>
      </w:r>
    </w:p>
    <w:p>
      <w:r>
        <w:rPr>
          <w:b w:val="0"/>
        </w:rPr>
        <w:t>Передал: ______________ /________________/    Дата: ______________</w:t>
      </w:r>
    </w:p>
    <w:p>
      <w:r>
        <w:rPr>
          <w:b w:val="0"/>
        </w:rPr>
        <w:t>Принял: _______________ /________________/    Дата: ______________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Приложения к договору лизинга</dc:title>
  <dc:subject>Спецификация, график платежей и акт передачи</dc:subject>
  <dc:creator>Арбитум</dc:creator>
  <cp:keywords>лизинг, приложения, спецификация, график, акт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